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Kirjokiven Kartano, Rudolf Elvingin tie 109, 47900 Vuohijärvi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12:00-16:00 Kirjokiven Kartanon jouluinen lounas</w:t>
      </w:r>
    </w:p>
    <w:p>
      <w:r>
        <w:t>Kirjokiven Kartanon jouluinen lounas on katettuna lauantaina 29.11.2025 klo 12 alkaen.</w:t>
      </w:r>
    </w:p>
    <w:p>
      <w:r>
        <w:t>Hinta: 58 € / hlö (lapset alle 12 v.  1 € / ikävuosi)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