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10:30-14:30 Mäntyharjun Virkistyksen lentopalloturnaus: D-tytöt (U13)</w:t>
      </w:r>
    </w:p>
    <w:p>
      <w:r>
        <w:t>Lämpimästi tervetuloa katsomaan ja kannustamaan Mäntyharjun Virkistyksen D-tyttöjen lentopallokauden avausturnausta!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