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18:00-20:00 Elossa- mitä jäljelle jää. Kirjaesittely kirjastolla</w:t>
      </w:r>
    </w:p>
    <w:p>
      <w:r>
        <w:t>Paikkakunnalta kotoisin oleva kirjailija Eeva Oehlandt, o.s. Laaksoniemi, esittelee kirjansa.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