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17:00-21:00 Mäntyharjun NS: Sunnuntaitanssit🎶 EIJA KANTOLA &amp; Jari Puhakan orkesteri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