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17:00-21:00 Mäntyharjun NS: Sunnuntaitanssit🎶 SAMI ROSHOLM &amp; Sävel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