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28.12.2025 sunnuntai</w:t>
      </w:r>
    </w:p>
    <w:p>
      <w:pPr>
        <w:pStyle w:val="Heading1"/>
      </w:pPr>
      <w:r>
        <w:t>28.12.2025 sunnuntai</w:t>
      </w:r>
    </w:p>
    <w:p>
      <w:pPr>
        <w:pStyle w:val="Heading2"/>
      </w:pPr>
      <w:r>
        <w:t>17:00-21:00 Mäntyharjun NS: Sunnuntaitanssit🎶 HELMINAUHA</w:t>
      </w:r>
    </w:p>
    <w:p>
      <w:r>
        <w:t>Sunnuntaitansseja järjestetään syyskaudella syyskuusta alkaen joka toinen sunnuntai ja kevätkaudella maaliskuusta alkaen.</w:t>
      </w:r>
    </w:p>
    <w:p>
      <w:r>
        <w:t>Pääsylippu 20 €/hlö (käteinen tai kortti).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