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17:30-17:45 REKO-jakelut Mäntyharjun torilla</w:t>
      </w:r>
    </w:p>
    <w:p>
      <w:r>
        <w:t>Osta lähiruokaa suoraan tuottajailta ilman välikäsiä.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