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17:30-17:45 REKO-jakelut Mäntyharjun torilla KINKKUREKO JA JOULUHERKUT!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