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18:30-18:50 REKO-jakelu Kuortissa ja Pertunmaan torilla KINKKUT JA JOULUHERKUT!</w:t>
      </w:r>
    </w:p>
    <w:p>
      <w:r>
        <w:t xml:space="preserve">Osta tuotteet suoraan tuottajilta ilman välikäsiä Reko-jakeluista.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