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15:00-17:30 Eloon iloon elämään, Lahden viihdekuoron konsertti</w:t>
      </w:r>
    </w:p>
    <w:p>
      <w:r>
        <w:t>Eloon, iloon, elämään!</w:t>
      </w:r>
    </w:p>
    <w:p>
      <w:r>
        <w:t>Konsertin pääsylipun hinta on 10€. Lippuja voi ostaa ennakkoon käsityöpuoti Talvikista sekä konserttipäivänä ovelta. Talvikissa maksuvälineenä on käteinen, konserttipäivänä maksuvälineenä myös kortti.</w:t>
        <w:br/>
        <w:br/>
        <w:t>Talvikin osoite on Pertuntie 29 ja puoti on avoinna ma-pe 10-16 ja la 10-14.</w:t>
        <w:br/>
        <w:br/>
        <w:t>Konsertin väliajalla on mahdollisuus kahvitteluun. Kahvilippuja (5€) voi ostaa konserttipäivänä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