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Palvelukylä, Punakiventie 5</w:t>
      </w:r>
    </w:p>
    <w:p>
      <w:r>
        <w:t>21.1.2026 keskiviikko</w:t>
      </w:r>
    </w:p>
    <w:p>
      <w:pPr>
        <w:pStyle w:val="Heading1"/>
      </w:pPr>
      <w:r>
        <w:t>21.1.2026 keskiviikko</w:t>
      </w:r>
    </w:p>
    <w:p>
      <w:pPr>
        <w:pStyle w:val="Heading2"/>
      </w:pPr>
      <w:r>
        <w:t>09:00-13:00 Avoimet ovet Palvelukylässä</w:t>
      </w:r>
    </w:p>
    <w:p>
      <w:r>
        <w:t xml:space="preserve">Lämpimästi tervetuloa tutustumaan Palvelukylään Pertunmaan Punakiventielle keskiviikkona 21.1.2026. </w:t>
        <w:br/>
        <w:br/>
      </w:r>
    </w:p>
    <w:p>
      <w:r>
        <w:t>Maksuton tapahtuma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