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Kuutinlahti, Repovesi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16:00-19:00 Kuutinlahden konsertti</w:t>
      </w:r>
    </w:p>
    <w:p>
      <w:r>
        <w:t>Perinteinen Kuutinlahden konsertti järjestetään Repoveden kansallispuistossa myös</w:t>
      </w:r>
    </w:p>
    <w:p>
      <w:r>
        <w:t xml:space="preserve">35€/hlö sisältää väliaikatarjoilun. Bussikuljetukset Mäntyharjulta ja Kouvolasta 15 €/hlö (meno-paluu). Venelippu 25 € veneellä tuleville (ei sisällä väliaikatarjoilua. Lippujenmyynti alkaa keväällä, mm. Mäntyharjun Valokuvaamo.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