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15:00-16:30 Mäntyharjun torin toimijoiden kehittämispalaveri</w:t>
      </w:r>
    </w:p>
    <w:p>
      <w:r>
        <w:t>Mäntyharjun torin kehittämiskokous II pidetään keskiviikkona 28.1.2026, klo 15. Paikka määräytyy osallistujamäärän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