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16:30-18:00 Liikunta- ja kulttuuriavustuksien info: Vastuullisuus Etelä-Savon liikuntapalveluissa ja uudet jakoperusteet</w:t>
      </w:r>
    </w:p>
    <w:p>
      <w:r>
        <w:t xml:space="preserve">Pidämme tiistaina 3.3. klo 16.30-18 Monitoimihalli Kisalan aulassa (Urheilutie 1) Avustusinfon.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