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10:00-13:00 Lasten Pilkkipaja ja Pilkkipäivä</w:t>
      </w:r>
    </w:p>
    <w:p>
      <w:r>
        <w:t>Lasten Pilkkiviikkojen Pilkkipäivä ma 23.2.klo 10-13 Veljesniemessä.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