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kirkko (Uusi Kirkkotie 2 a)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18:30-19:15 Kouluun lähtevien siunaus Pertunmaan kirkossa</w:t>
      </w:r>
    </w:p>
    <w:p>
      <w:r>
        <w:t>Kouluun lähtevien siunaaminen.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