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12:45-13:45 Helsingin kamarikuoro ja Suomalainen barokkiorkesteri Mäntyharjun kirjastolla</w:t>
      </w:r>
    </w:p>
    <w:p>
      <w:r>
        <w:t xml:space="preserve">Tervetuloa kuuntelemaan musiikkia kirjastolle torstaina 5.2. klo 12.45!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