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Veljespirtti, Kuortti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17:30-20:30 Ohjelmallinen ilta Kuortin Veljespirtillä</w:t>
      </w:r>
    </w:p>
    <w:p>
      <w:r>
        <w:t>Mäntyharjun Reissupolku ry järjestää Kuortin Veljespirtillä ohjelmallisen illan vauvasta vaariin. Kaikki tervetulleita!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