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12:00-13:30 Sauvakävellen syksyn poluille</w:t>
      </w:r>
    </w:p>
    <w:p>
      <w:r>
        <w:t xml:space="preserve">Sauvakävelyn suurlähettiläs\" liikuntaneuvos Tuomo Jantusen valtakunnallinen sauvakävelykiertue saapuu Mäntyharjuun tiistaina 28.10.2025. 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