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17:00-19:00 KARJALAN KAUKOPARTIORITARI - Viljo Suokkaan tarina</w:t>
      </w:r>
    </w:p>
    <w:p>
      <w:r>
        <w:t>Jukka Kuhanen tulee esittelemään syyskuun lopussa ilmestynyttä kirjauutuuttaan Mäntyharjun kirjastolle.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