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16:00-18:00 POP-UP -askarteluilta alakouluikäisille lapsille</w:t>
      </w:r>
    </w:p>
    <w:p>
      <w:r>
        <w:t xml:space="preserve">Jouluinen POP-UP -askarteluilta alakouluikäisille lapsille.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