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Kulttuurisali, Mäntyharju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17:00-19:00 Mäntyharjun kirkonkylän asemakaavan muutos ja laajennus – yleisötilaisuus</w:t>
      </w:r>
    </w:p>
    <w:p>
      <w:r>
        <w:t>Mäntyharjun kunta järjestää yleisötilaisuuden, jossa esitellään Mäntyharjun kirkonkylän asemakaavan muutosta ja laajennusta koskeva kaavaluonnos.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