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15:00-22:00 MTK-Pertunmaa ry 80-vuotisjuhla</w:t>
      </w:r>
    </w:p>
    <w:p>
      <w:r>
        <w:t>Yhdistyksen 80-vuotisjuhla ruokailuineen, ohjelemaa ja tanssia lopuksi.</w:t>
      </w:r>
    </w:p>
    <w:p>
      <w:r>
        <w:t>Ei pääsymaksua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