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Puoti, Oravatie 2, Kuortti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18:30-18:45 REKO-jakelu Kuortissa klo 18.30-18.45 ja Pertunmaan torilla klo 19.10-19.20</w:t>
      </w:r>
    </w:p>
    <w:p>
      <w:r>
        <w:t>REKO:ssa asiakkaat tilaavat ruokaa suoraan lähituottajilta ilman välikäsiä Facebookin kautta Reko- Pertunmaa/ Kuortti- ryhmässä!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