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Pertunmaan nuorisoseurantalo, Juhlakuja 1</w:t>
      </w:r>
    </w:p>
    <w:p>
      <w:r>
        <w:t>19.11.2025 keskiviikko</w:t>
      </w:r>
    </w:p>
    <w:p>
      <w:pPr>
        <w:pStyle w:val="Heading1"/>
      </w:pPr>
      <w:r>
        <w:t>19.11.2025 keskiviikko</w:t>
      </w:r>
    </w:p>
    <w:p>
      <w:pPr>
        <w:pStyle w:val="Heading2"/>
      </w:pPr>
      <w:r>
        <w:t>13:00-15:00 Kiminkisten vinkit vetreään elämään</w:t>
      </w:r>
    </w:p>
    <w:p>
      <w:r>
        <w:t xml:space="preserve">Tohtori Kiminkinen puhuu leppoisaan tyyliinsä aiheesta Aktiivisuuden arvostus, ravinnon rikkaus ja oikeat opit. </w:t>
        <w:br/>
        <w:br/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