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12:00-15:30 Liukuesteiden jako (+65 -vuotiaille) Kisalassa</w:t>
      </w:r>
    </w:p>
    <w:p>
      <w:r>
        <w:t>Mäntyharjun kunta jakaa yli 65 -vuotiaille liukuesteitä ja kaikkien kuntalaisten hyödynnettäväksi löytyy hiekoitussoraa.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