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11:00-13:00 Hyvän Mielen Nuotiohetki Kisarannan nuotiopaikalla</w:t>
      </w:r>
    </w:p>
    <w:p>
      <w:r>
        <w:t>Lämpimästi tervetuloa Hyvän mielen nuotiohetkeen Kisarantaan ti 18.11. klo 11-13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