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Mäntyharjun kulttuurisali, Kompantie 22</w:t>
      </w:r>
    </w:p>
    <w:p>
      <w:r>
        <w:t>6.12.2025 lauantai</w:t>
      </w:r>
    </w:p>
    <w:p>
      <w:pPr>
        <w:pStyle w:val="Heading1"/>
      </w:pPr>
      <w:r>
        <w:t>6.12.2025 lauantai</w:t>
      </w:r>
    </w:p>
    <w:p>
      <w:pPr>
        <w:pStyle w:val="Heading2"/>
      </w:pPr>
      <w:r>
        <w:t>12:00-13:30 Itsenäisyyspäivän juhla Kulttuurisalissa</w:t>
      </w:r>
    </w:p>
    <w:p>
      <w:r>
        <w:t xml:space="preserve">Itsenäisyyspäivän juhla Kulttuurisalissa (Kompantie 22) klo 12 alkaen. Lämpimästi tervetuloa! </w:t>
        <w:br/>
        <w:br/>
        <w:br/>
        <w:br/>
        <w:br/>
        <w:br/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