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14:00-16:00 💚 Pertuntorin Joulu 💚</w:t>
      </w:r>
    </w:p>
    <w:p>
      <w:r>
        <w:t>TULE TORILLE JA AISTI JOULUN TUNTUA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