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15:00-15:30 Vireä Perhe -Perhekerho</w:t>
      </w:r>
    </w:p>
    <w:p>
      <w:r>
        <w:t>Vireä Perhe Etelä-Savossa Mäntyharjun marraskuun ohjelma.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