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13:00-16:00 Pysytään Pystyssä - Kisaranta</w:t>
      </w:r>
    </w:p>
    <w:p>
      <w:r>
        <w:t>Pysytään Pystyssä -tapahtuma Kisarannassa (Pertuntie 4) to 27.11. klo 13-16. Lämpimästi tervetuloa!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