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rukoushuone, Helluntaivuorentie 16, Voikoski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18:00-20:00 Kauneimmat joululaulut Voikosken kirkossa</w:t>
      </w:r>
    </w:p>
    <w:p>
      <w:r>
        <w:t>Kauneimmat joululaulut tunnelmallisessa Voikosken kirkossa perjantaina 12.12. klo 18.00 yhteistyössä Valkealan seurakunnan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