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Kirjokiven Kartano, Rudolf Elvingin tie 109, 47900 Vuohijärvi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14:00-18:00 Kirjokiven Kartanon jouluinen lounas 3.12.2025</w:t>
      </w:r>
    </w:p>
    <w:p>
      <w:r>
        <w:t>Kirjokiven Kartanon runsas jouluinen lounas on katettuna ke 3.12.2025 klo 14 ja 16.</w:t>
      </w:r>
    </w:p>
    <w:p>
      <w:r>
        <w:t>Hinta: 29 €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