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Monitoimihalli Kisala, Urheilutie 1</w:t>
      </w:r>
    </w:p>
    <w:p>
      <w:r>
        <w:t>29.11.2025 lauantai</w:t>
      </w:r>
    </w:p>
    <w:p>
      <w:pPr>
        <w:pStyle w:val="Heading1"/>
      </w:pPr>
      <w:r>
        <w:t>29.11.2025 lauantai</w:t>
      </w:r>
    </w:p>
    <w:p>
      <w:pPr>
        <w:pStyle w:val="Heading2"/>
      </w:pPr>
      <w:r>
        <w:t>09:00-20:00 My Moves -tanssikilpailu</w:t>
      </w:r>
    </w:p>
    <w:p>
      <w:r>
        <w:t>Tervetuloa seuraamaan My Moves -tanssikilpailua Kisalaan la 29.11.2025!</w:t>
      </w:r>
    </w:p>
    <w:p>
      <w:r>
        <w:t>Liput alennushintaan 10 € koodilla “MÄVI” - mainitse taikasana kassalla! (Liput norm. 19 €)</w:t>
        <w:br/>
        <w:br/>
        <w:t>Liput tapahtuman katsomoon myydään ainoastaan paikan päältä.</w:t>
        <w:br/>
        <w:br/>
        <w:t>Maksutapoina kortti, käteinen ja MobilePay. Lipun ostaessa saat käteesi rannekkeen, jolla pääset liikkumaan vapaasti sisään ja ulos kisapaikalta koko päivän ajan. Hallin yläkatsomo on varattu ensisijaisesti maksaville asiakkaille, ja kilpailijat ovat tervetulleita katsomaan ja kannustamaan toisiaan hallin lattiatason katsomoon. Katsomoissa liikkuminen suoritusten aikana on kielletty.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