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10:00-11:15 Hoosiannakuoro Adventtimessussa 30.11.2025 Mäntyharjun kirkossa</w:t>
      </w:r>
    </w:p>
    <w:p>
      <w:r>
        <w:t>Kutsumme kaikkia Mäntyharjussa adventtisunnuntaina 30.11.25 olevia kuorolaulun taitajia laulamaan perinteistä neliäänistä Hoosianna-hymniä Hoosiannakuoroon!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