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10:00-13:00 Liikunnan ilo kuuluu kaikille -tapahtuma</w:t>
      </w:r>
    </w:p>
    <w:p>
      <w:r>
        <w:t xml:space="preserve">Monitoimihalli Kisalan alueella (Urheilutie 1) järjestetään la 23.5. klo 10-13!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