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12:00-17:00 Liukuesteiden jako (+65 -vuotiaille) Kisalassa</w:t>
      </w:r>
    </w:p>
    <w:p>
      <w:r>
        <w:t xml:space="preserve">Mäntyharjun kunta jakaa yli 65-vuotiaille liukuesteitä, jotka on kustannettu perintövaroilla.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