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Pertunmaa-talo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10:00-13:00 Joulumyyjäiset Pertunmaa-talolla</w:t>
      </w:r>
    </w:p>
    <w:p>
      <w:r>
        <w:t>Tule myymään ja / tai ostamaan käsitöitä, kransseja, koristeita, leivonnaisia ym.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