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18:00-20:30 🎅 Pikkujoulut Koirakivessä 🎄</w:t>
      </w:r>
    </w:p>
    <w:p>
      <w:r>
        <w:t xml:space="preserve">Kaiken kansan pikkujoulut Koirakiven Nuorisoseuran talolla. </w:t>
      </w:r>
    </w:p>
    <w:p>
      <w:r>
        <w:t>Pääsymaksu 10€, lapset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