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13:00-14:45 WAU-näytös Minä toivon...</w:t>
      </w:r>
    </w:p>
    <w:p>
      <w:r>
        <w:t>Jo neljäs vuosittainen WAU-näytös nähdään Kisalan Mäntyareenalla lauantaina 13.12.2025</w:t>
      </w:r>
    </w:p>
    <w:p>
      <w:r>
        <w:t>Pääsylippu: 13 €</w:t>
        <w:br/>
        <w:t>Lapset ja nuoret (7-17 v.): 10 €</w:t>
        <w:br/>
        <w:t>Alle kouluikäiset: 0 €</w:t>
        <w:br/>
        <w:br/>
        <w:t>Liput myydään ovelta. Maksutapoina kortti, Mobilepay, käteinen, sekä Epassi/Edenred/Smartum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