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Kirjokiven Kartano, Rudolf Elvingin tie 109, 47900 Vuohijärvi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10:00-15:00 Kirjokiven Kartanon avoimet ovet klo 10-15</w:t>
      </w:r>
    </w:p>
    <w:p>
      <w:r>
        <w:t>Onko sinulla jäänyt mieleen mukavia muistoja Kirjokiven Kartanolta?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