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10:00-18:00 Tehdään Yhdessä Hyvää - Kotimaanapu keräys K-Supermarketilla ja S-marketilla</w:t>
      </w:r>
    </w:p>
    <w:p>
      <w:r>
        <w:t>Jalkaudumme diakoniatyössä vapaaehtoisvoimin lippaiden kanssa keräämään varoja Mäntyharjulaisten auttamiseksi.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