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15:00-17:00 Savo Defence-yritysverkoston esittelytilaisuus</w:t>
      </w:r>
    </w:p>
    <w:p>
      <w:r>
        <w:t>Savo Defence-hanke on Etelä-Savon alueen puolustus- ja turvallisuusalan yritysten muodostama verkosto, jota koordinoi Etelä-Savon ELY-keskus.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