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15:00-19:00 Maaseutunuorten joulutulet</w:t>
      </w:r>
    </w:p>
    <w:p>
      <w:r>
        <w:t xml:space="preserve">Maaseutunuoret sytyttävät valtatie 5 varrelle Koirakiven liittymän kohdalle isot valkiat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