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4.1.2026 sunnuntai</w:t>
      </w:r>
    </w:p>
    <w:p>
      <w:pPr>
        <w:pStyle w:val="Heading1"/>
      </w:pPr>
      <w:r>
        <w:t>4.1.2026 sunnuntai</w:t>
      </w:r>
    </w:p>
    <w:p>
      <w:pPr>
        <w:pStyle w:val="Heading2"/>
      </w:pPr>
      <w:r>
        <w:t>14:00-15:10 Entisten nuorten kykykisa</w:t>
      </w:r>
    </w:p>
    <w:p>
      <w:r>
        <w:t>Mäntyharjun Näytelmäkerho tuo tammikuussa ensi-iltaan Merita Seppälän näytelmän \"Entisten nuorten kykykisa\".</w:t>
        <w:br/>
        <w:br/>
      </w:r>
    </w:p>
    <w:p>
      <w:r>
        <w:t>Liput 15€ (ovelta puoli tuntia ennen näytöksen alkua)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