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Pertunmaan Urheilukenttä</w:t>
      </w:r>
    </w:p>
    <w:p>
      <w:r>
        <w:t>7.6.2026 sunnuntai</w:t>
      </w:r>
    </w:p>
    <w:p>
      <w:pPr>
        <w:pStyle w:val="Heading1"/>
      </w:pPr>
      <w:r>
        <w:t>7.6.2026 sunnuntai</w:t>
      </w:r>
    </w:p>
    <w:p>
      <w:pPr>
        <w:pStyle w:val="Heading2"/>
      </w:pPr>
      <w:r>
        <w:t>10:00-18:00 Koiranäyttelyt Pertunmaan Urheilukentällä</w:t>
      </w:r>
    </w:p>
    <w:p>
      <w:r>
        <w:t xml:space="preserve">Näyttelyssä arvostellaan koiria roturyhmistä 1, 2, 3, 5, 6, 8, 9 ja 10.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