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18:00-20:00 Riistaillallinen Kirjokiven Kartanolla</w:t>
      </w:r>
    </w:p>
    <w:p>
      <w:r>
        <w:t>Tervetuloa nauttimaan vuoden ensimmäisestä pop-up-illallisesta Kirjokiven Kartanolla!</w:t>
      </w:r>
    </w:p>
    <w:p>
      <w:r>
        <w:t>Illallisen hinta 75€/hlö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