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Kisala, volttisali Mäntyharju</w:t>
      </w:r>
    </w:p>
    <w:p>
      <w:r>
        <w:t>7.1.2026 keskiviikko</w:t>
      </w:r>
    </w:p>
    <w:p>
      <w:pPr>
        <w:pStyle w:val="Heading1"/>
      </w:pPr>
      <w:r>
        <w:t>7.1.2026-20.5.2026</w:t>
      </w:r>
    </w:p>
    <w:p>
      <w:pPr>
        <w:pStyle w:val="Heading2"/>
      </w:pPr>
      <w:r>
        <w:t>18:00-00:00 Judoharjoitukset</w:t>
      </w:r>
    </w:p>
    <w:p>
      <w:r>
        <w:t>Mäntyharjun Judon harjoitukset pyörivät koko kevään maanantaisin ja keskiviikkoisin.</w:t>
      </w:r>
    </w:p>
    <w:p>
      <w:r>
        <w:t>Voit kokeilla muutaman kerran ilmaiseksi lajia, jonka jälkeen maksetaan Mäntyharjun Judon vuosittainen jäsenmaksu 25€. Täämän lisäksi tulee kevätkaudesta 40€ kausimaksu ja tarvittaessa Judoliiton vakutuuksen sisältävä lisenssi.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