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seurakuntakeskus</w:t>
      </w:r>
    </w:p>
    <w:p>
      <w:r>
        <w:t>14.1.2026 keskiviikko</w:t>
      </w:r>
    </w:p>
    <w:p>
      <w:pPr>
        <w:pStyle w:val="Heading1"/>
      </w:pPr>
      <w:r>
        <w:t>14.1.2026-8.4.2026</w:t>
      </w:r>
    </w:p>
    <w:p>
      <w:pPr>
        <w:pStyle w:val="Heading2"/>
      </w:pPr>
      <w:r>
        <w:t>09:15-09:45 Kansalaisopiston maksuton ulkojumppa keskiviikkoisin klo 9.15-9.45</w:t>
      </w:r>
    </w:p>
    <w:p>
      <w:r>
        <w:t>Ulkojumppaa kaiken ikää! Verrytellään, tehdään rauhallisia lihaskuntoliikkeitä välineillä ja ilman.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