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14:00-16:00 Kohti vähähiilisempää mökkeilyä Mäntyharjussa | MATKA-hankkeen työpaja Veljesniemessä</w:t>
      </w:r>
    </w:p>
    <w:p>
      <w:r>
        <w:t>Kohti vähähiilisempää mökkeilyä Mäntyharjussa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